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5B459" w14:textId="77777777" w:rsidR="003A4A64" w:rsidRDefault="00DE7334">
      <w:pPr>
        <w:pStyle w:val="Title"/>
      </w:pPr>
      <w:r>
        <w:t>Curriculum Vitae (CV) Template</w:t>
      </w:r>
    </w:p>
    <w:p w14:paraId="6ED4A51A" w14:textId="77777777" w:rsidR="003A4A64" w:rsidRDefault="00DE7334">
      <w:r>
        <w:t>Full Name</w:t>
      </w:r>
      <w:r>
        <w:br/>
        <w:t>Email | Phone | LinkedIn | ORCID (if applicable)</w:t>
      </w:r>
      <w:r>
        <w:br/>
      </w:r>
    </w:p>
    <w:p w14:paraId="6ECED080" w14:textId="77777777" w:rsidR="003A4A64" w:rsidRDefault="00DE7334">
      <w:pPr>
        <w:pStyle w:val="Heading1"/>
      </w:pPr>
      <w:r>
        <w:t>Professional Profile (Optional)</w:t>
      </w:r>
    </w:p>
    <w:p w14:paraId="0F21BAA9" w14:textId="77777777" w:rsidR="003A4A64" w:rsidRDefault="00DE7334">
      <w:r>
        <w:t>Brief summary of academic interests, expertise, and career goals.</w:t>
      </w:r>
    </w:p>
    <w:p w14:paraId="1C029820" w14:textId="77777777" w:rsidR="003A4A64" w:rsidRDefault="00DE7334">
      <w:pPr>
        <w:pStyle w:val="Heading1"/>
      </w:pPr>
      <w:r>
        <w:t>Education</w:t>
      </w:r>
    </w:p>
    <w:p w14:paraId="2A92B5FA" w14:textId="77777777" w:rsidR="003A4A64" w:rsidRDefault="00DE7334">
      <w:r>
        <w:t>University Name — Degree</w:t>
      </w:r>
      <w:r>
        <w:br/>
        <w:t>Location | Dates</w:t>
      </w:r>
      <w:r>
        <w:br/>
      </w:r>
      <w:r>
        <w:t>Dissertation/Thesis: (if applicable)</w:t>
      </w:r>
      <w:r>
        <w:br/>
        <w:t>Advisor:</w:t>
      </w:r>
    </w:p>
    <w:p w14:paraId="595C140E" w14:textId="77777777" w:rsidR="003A4A64" w:rsidRDefault="00DE7334">
      <w:pPr>
        <w:pStyle w:val="Heading1"/>
      </w:pPr>
      <w:r>
        <w:t>Research Experience</w:t>
      </w:r>
    </w:p>
    <w:p w14:paraId="3C7A4DEE" w14:textId="77777777" w:rsidR="003A4A64" w:rsidRDefault="00DE7334">
      <w:r>
        <w:t>Institution — Role</w:t>
      </w:r>
      <w:r>
        <w:br/>
        <w:t>Location | Dates</w:t>
      </w:r>
      <w:r>
        <w:br/>
        <w:t>- Describe research focus, methods, and findings</w:t>
      </w:r>
      <w:r>
        <w:br/>
        <w:t>- Include outcomes or contributions</w:t>
      </w:r>
    </w:p>
    <w:p w14:paraId="3B0C6C11" w14:textId="77777777" w:rsidR="003A4A64" w:rsidRDefault="00DE7334">
      <w:pPr>
        <w:pStyle w:val="Heading1"/>
      </w:pPr>
      <w:r>
        <w:t>Publications</w:t>
      </w:r>
    </w:p>
    <w:p w14:paraId="669AA263" w14:textId="77777777" w:rsidR="003A4A64" w:rsidRDefault="00DE7334">
      <w:r>
        <w:t>Author(s). (Year). Title. Journal/Publisher. DOI</w:t>
      </w:r>
    </w:p>
    <w:p w14:paraId="5554A47A" w14:textId="77777777" w:rsidR="003A4A64" w:rsidRDefault="00DE7334">
      <w:pPr>
        <w:pStyle w:val="Heading1"/>
      </w:pPr>
      <w:r>
        <w:t>Present</w:t>
      </w:r>
      <w:r>
        <w:t>ations</w:t>
      </w:r>
    </w:p>
    <w:p w14:paraId="2B36C778" w14:textId="77777777" w:rsidR="003A4A64" w:rsidRDefault="00DE7334">
      <w:r>
        <w:t>Title, Conference/Event, Location, Date</w:t>
      </w:r>
    </w:p>
    <w:p w14:paraId="6F8F16B1" w14:textId="77777777" w:rsidR="003A4A64" w:rsidRDefault="00DE7334">
      <w:pPr>
        <w:pStyle w:val="Heading1"/>
      </w:pPr>
      <w:r>
        <w:t>Teaching Experience</w:t>
      </w:r>
    </w:p>
    <w:p w14:paraId="5F6664CF" w14:textId="77777777" w:rsidR="003A4A64" w:rsidRDefault="00DE7334">
      <w:r>
        <w:t>Course/Institution — Role</w:t>
      </w:r>
      <w:r>
        <w:br/>
        <w:t>Dates</w:t>
      </w:r>
      <w:r>
        <w:br/>
        <w:t>- Responsibilities</w:t>
      </w:r>
      <w:r>
        <w:br/>
        <w:t>- Achievements</w:t>
      </w:r>
    </w:p>
    <w:p w14:paraId="7636313D" w14:textId="77777777" w:rsidR="003A4A64" w:rsidRDefault="00DE7334">
      <w:pPr>
        <w:pStyle w:val="Heading1"/>
      </w:pPr>
      <w:r>
        <w:t>Grants and Awards</w:t>
      </w:r>
    </w:p>
    <w:p w14:paraId="180BDB69" w14:textId="77777777" w:rsidR="003A4A64" w:rsidRDefault="00DE7334">
      <w:r>
        <w:t>Name of Award/Grant, Organization, Date</w:t>
      </w:r>
    </w:p>
    <w:p w14:paraId="19ED1481" w14:textId="77777777" w:rsidR="003A4A64" w:rsidRDefault="00DE7334">
      <w:pPr>
        <w:pStyle w:val="Heading1"/>
      </w:pPr>
      <w:r>
        <w:lastRenderedPageBreak/>
        <w:t>Professional Experience (if applicable)</w:t>
      </w:r>
    </w:p>
    <w:p w14:paraId="373845AC" w14:textId="77777777" w:rsidR="003A4A64" w:rsidRDefault="00DE7334">
      <w:r>
        <w:t>Organization — Role</w:t>
      </w:r>
      <w:r>
        <w:br/>
        <w:t>Locat</w:t>
      </w:r>
      <w:r>
        <w:t>ion | Dates</w:t>
      </w:r>
      <w:r>
        <w:br/>
        <w:t>- Responsibilities</w:t>
      </w:r>
      <w:r>
        <w:br/>
        <w:t>- Achievements</w:t>
      </w:r>
    </w:p>
    <w:p w14:paraId="04D5A2CB" w14:textId="77777777" w:rsidR="003A4A64" w:rsidRDefault="00DE7334">
      <w:pPr>
        <w:pStyle w:val="Heading1"/>
      </w:pPr>
      <w:r>
        <w:t>Skills</w:t>
      </w:r>
    </w:p>
    <w:p w14:paraId="12D2E7EB" w14:textId="77777777" w:rsidR="003A4A64" w:rsidRDefault="00DE7334">
      <w:r>
        <w:t>Technical Skills:</w:t>
      </w:r>
      <w:r>
        <w:br/>
        <w:t>Laboratory Skills:</w:t>
      </w:r>
      <w:r>
        <w:br/>
        <w:t>Languages:</w:t>
      </w:r>
    </w:p>
    <w:p w14:paraId="4017CF41" w14:textId="77777777" w:rsidR="003A4A64" w:rsidRDefault="00DE7334">
      <w:pPr>
        <w:pStyle w:val="Heading1"/>
      </w:pPr>
      <w:r>
        <w:t>Professional Affiliations</w:t>
      </w:r>
    </w:p>
    <w:p w14:paraId="6C76C2E2" w14:textId="77777777" w:rsidR="003A4A64" w:rsidRDefault="00DE7334">
      <w:r>
        <w:t>Organization, Role (if any), Dates</w:t>
      </w:r>
    </w:p>
    <w:p w14:paraId="231F42E0" w14:textId="77777777" w:rsidR="003A4A64" w:rsidRDefault="00DE7334">
      <w:pPr>
        <w:pStyle w:val="Heading1"/>
      </w:pPr>
      <w:r>
        <w:t>Service</w:t>
      </w:r>
    </w:p>
    <w:p w14:paraId="01555F13" w14:textId="77777777" w:rsidR="003A4A64" w:rsidRDefault="00DE7334">
      <w:r>
        <w:t>Committee/Volunteer Role, Organization, Dates</w:t>
      </w:r>
    </w:p>
    <w:p w14:paraId="432D0B42" w14:textId="77777777" w:rsidR="003A4A64" w:rsidRDefault="00DE7334">
      <w:pPr>
        <w:pStyle w:val="Heading1"/>
      </w:pPr>
      <w:r>
        <w:t>References</w:t>
      </w:r>
    </w:p>
    <w:p w14:paraId="3215B506" w14:textId="77777777" w:rsidR="003A4A64" w:rsidRDefault="00DE7334">
      <w:r>
        <w:t>Available upon request OR inc</w:t>
      </w:r>
      <w:r>
        <w:t>lude names and contact information</w:t>
      </w:r>
    </w:p>
    <w:sectPr w:rsidR="003A4A6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A4A64"/>
    <w:rsid w:val="00AA1D8D"/>
    <w:rsid w:val="00B47730"/>
    <w:rsid w:val="00CB0664"/>
    <w:rsid w:val="00DE73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57E18E"/>
  <w14:defaultImageDpi w14:val="300"/>
  <w15:docId w15:val="{79D90B59-B3B3-4DC5-8955-E23D60F4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L Penniston</dc:creator>
  <cp:keywords/>
  <dc:description>generated by python-docx</dc:description>
  <cp:lastModifiedBy>Kristina L Penniston</cp:lastModifiedBy>
  <cp:revision>2</cp:revision>
  <dcterms:created xsi:type="dcterms:W3CDTF">2026-06-22T00:22:00Z</dcterms:created>
  <dcterms:modified xsi:type="dcterms:W3CDTF">2026-06-22T00:22:00Z</dcterms:modified>
  <cp:category/>
</cp:coreProperties>
</file>