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D1DA6" w14:textId="77777777" w:rsidR="00151D06" w:rsidRDefault="00B8301C">
      <w:pPr>
        <w:pStyle w:val="Title"/>
      </w:pPr>
      <w:r>
        <w:t>Sample Resume 1 (Strong)</w:t>
      </w:r>
    </w:p>
    <w:p w14:paraId="2B774D56" w14:textId="77777777" w:rsidR="00151D06" w:rsidRDefault="00B8301C">
      <w:r>
        <w:t>Jane Doe</w:t>
      </w:r>
      <w:r>
        <w:br/>
        <w:t>Email: jane@example.com</w:t>
      </w:r>
    </w:p>
    <w:p w14:paraId="1ADEA287" w14:textId="77777777" w:rsidR="00151D06" w:rsidRDefault="00B8301C">
      <w:r>
        <w:t>Education: B.S. Biology, 2025</w:t>
      </w:r>
    </w:p>
    <w:p w14:paraId="6A0DD70D" w14:textId="77777777" w:rsidR="00151D06" w:rsidRDefault="00B8301C">
      <w:r>
        <w:t>Experience:</w:t>
      </w:r>
      <w:r>
        <w:br/>
        <w:t>- Conducted 10+ lab experiments improving data accuracy by 20%</w:t>
      </w:r>
      <w:r>
        <w:br/>
        <w:t>- Led team of 4 in research project</w:t>
      </w:r>
    </w:p>
    <w:p w14:paraId="30000EE6" w14:textId="77777777" w:rsidR="00151D06" w:rsidRDefault="00B8301C">
      <w:r>
        <w:t xml:space="preserve">Skills: Python, Data Analysis, </w:t>
      </w:r>
      <w:r>
        <w:t>Communication</w:t>
      </w:r>
    </w:p>
    <w:p w14:paraId="43B3DE9A" w14:textId="77777777" w:rsidR="00B8301C" w:rsidRDefault="00B8301C">
      <w:pPr>
        <w:pStyle w:val="Title"/>
      </w:pPr>
    </w:p>
    <w:p w14:paraId="5ED93678" w14:textId="77777777" w:rsidR="00B8301C" w:rsidRDefault="00B8301C">
      <w:pPr>
        <w:pStyle w:val="Title"/>
      </w:pPr>
    </w:p>
    <w:p w14:paraId="0D486D17" w14:textId="666F81F3" w:rsidR="00151D06" w:rsidRDefault="00B8301C">
      <w:pPr>
        <w:pStyle w:val="Title"/>
      </w:pPr>
      <w:r>
        <w:t>Sample Resume 2 (Weak)</w:t>
      </w:r>
    </w:p>
    <w:p w14:paraId="2E8DD589" w14:textId="77777777" w:rsidR="00151D06" w:rsidRDefault="00B8301C">
      <w:r>
        <w:t>John Smith</w:t>
      </w:r>
      <w:r>
        <w:br/>
        <w:t>Email: john@example.com</w:t>
      </w:r>
    </w:p>
    <w:p w14:paraId="1245BBDE" w14:textId="77777777" w:rsidR="00151D06" w:rsidRDefault="00B8301C">
      <w:r>
        <w:t>Education: College student</w:t>
      </w:r>
    </w:p>
    <w:p w14:paraId="1844F7FC" w14:textId="77777777" w:rsidR="00151D06" w:rsidRDefault="00B8301C">
      <w:r>
        <w:t>Experience:</w:t>
      </w:r>
      <w:r>
        <w:br/>
        <w:t>- Worked in lab</w:t>
      </w:r>
      <w:r>
        <w:br/>
        <w:t>- Helped with stuff</w:t>
      </w:r>
    </w:p>
    <w:p w14:paraId="28EA4B33" w14:textId="77777777" w:rsidR="00151D06" w:rsidRDefault="00B8301C">
      <w:r>
        <w:t>Skills: Hardworking, Team player</w:t>
      </w:r>
    </w:p>
    <w:sectPr w:rsidR="00151D0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51D06"/>
    <w:rsid w:val="0029639D"/>
    <w:rsid w:val="00326F90"/>
    <w:rsid w:val="00AA1D8D"/>
    <w:rsid w:val="00B47730"/>
    <w:rsid w:val="00B8301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893CDA"/>
  <w14:defaultImageDpi w14:val="300"/>
  <w15:docId w15:val="{79D90B59-B3B3-4DC5-8955-E23D60F4D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L Penniston</dc:creator>
  <cp:keywords/>
  <dc:description>generated by python-docx</dc:description>
  <cp:lastModifiedBy>Kristina L Penniston</cp:lastModifiedBy>
  <cp:revision>2</cp:revision>
  <dcterms:created xsi:type="dcterms:W3CDTF">2026-06-22T00:20:00Z</dcterms:created>
  <dcterms:modified xsi:type="dcterms:W3CDTF">2026-06-22T00:20:00Z</dcterms:modified>
  <cp:category/>
</cp:coreProperties>
</file>