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E95B5" w14:textId="77777777" w:rsidR="00433C6C" w:rsidRDefault="00DC1A9A">
      <w:pPr>
        <w:pStyle w:val="Title"/>
      </w:pPr>
      <w:r>
        <w:t>Resume Template</w:t>
      </w:r>
    </w:p>
    <w:p w14:paraId="3142138D" w14:textId="77777777" w:rsidR="00433C6C" w:rsidRDefault="00DC1A9A">
      <w:r>
        <w:t>Full Name</w:t>
      </w:r>
      <w:r>
        <w:br/>
        <w:t>Email | Phone | LinkedIn</w:t>
      </w:r>
      <w:r>
        <w:br/>
      </w:r>
    </w:p>
    <w:p w14:paraId="4EF4D70C" w14:textId="77777777" w:rsidR="00433C6C" w:rsidRDefault="00DC1A9A">
      <w:pPr>
        <w:pStyle w:val="Heading1"/>
      </w:pPr>
      <w:r>
        <w:t>Professional Summary</w:t>
      </w:r>
    </w:p>
    <w:p w14:paraId="21EAC47F" w14:textId="77777777" w:rsidR="00433C6C" w:rsidRDefault="00DC1A9A">
      <w:r>
        <w:t>Brief 2–3 sentence summary of your experience and career goals.</w:t>
      </w:r>
    </w:p>
    <w:p w14:paraId="46810D82" w14:textId="77777777" w:rsidR="00433C6C" w:rsidRDefault="00DC1A9A">
      <w:pPr>
        <w:pStyle w:val="Heading1"/>
      </w:pPr>
      <w:r>
        <w:t>Education</w:t>
      </w:r>
    </w:p>
    <w:p w14:paraId="5FF0181B" w14:textId="77777777" w:rsidR="00433C6C" w:rsidRDefault="00DC1A9A">
      <w:r>
        <w:t>University Name — Degree</w:t>
      </w:r>
      <w:r>
        <w:br/>
        <w:t>Location | Graduation Date</w:t>
      </w:r>
      <w:r>
        <w:br/>
        <w:t>Relevant Coursework:</w:t>
      </w:r>
    </w:p>
    <w:p w14:paraId="18D9A285" w14:textId="77777777" w:rsidR="00433C6C" w:rsidRDefault="00DC1A9A">
      <w:pPr>
        <w:pStyle w:val="Heading1"/>
      </w:pPr>
      <w:r>
        <w:t>Experience</w:t>
      </w:r>
    </w:p>
    <w:p w14:paraId="703C9291" w14:textId="77777777" w:rsidR="00433C6C" w:rsidRDefault="00DC1A9A">
      <w:r>
        <w:t xml:space="preserve">Organization Name — </w:t>
      </w:r>
      <w:r>
        <w:t>Role</w:t>
      </w:r>
      <w:r>
        <w:br/>
        <w:t>Location | Dates</w:t>
      </w:r>
      <w:r>
        <w:br/>
        <w:t>- Action verb + task + result</w:t>
      </w:r>
      <w:r>
        <w:br/>
        <w:t>- Action verb + task + result</w:t>
      </w:r>
    </w:p>
    <w:p w14:paraId="5ECFC51A" w14:textId="77777777" w:rsidR="00433C6C" w:rsidRDefault="00DC1A9A">
      <w:pPr>
        <w:pStyle w:val="Heading1"/>
      </w:pPr>
      <w:r>
        <w:t>Skills</w:t>
      </w:r>
    </w:p>
    <w:p w14:paraId="63C95D2C" w14:textId="77777777" w:rsidR="00433C6C" w:rsidRDefault="00DC1A9A">
      <w:r>
        <w:t>Technical Skills:</w:t>
      </w:r>
      <w:r>
        <w:br/>
        <w:t>Soft Skills:</w:t>
      </w:r>
    </w:p>
    <w:p w14:paraId="3F083BF3" w14:textId="77777777" w:rsidR="00433C6C" w:rsidRDefault="00DC1A9A">
      <w:pPr>
        <w:pStyle w:val="Heading1"/>
      </w:pPr>
      <w:r>
        <w:t>Additional Sections (Optional)</w:t>
      </w:r>
    </w:p>
    <w:p w14:paraId="39F0A063" w14:textId="77777777" w:rsidR="00433C6C" w:rsidRDefault="00DC1A9A">
      <w:r>
        <w:t>Projects</w:t>
      </w:r>
      <w:r>
        <w:br/>
        <w:t>Certifications</w:t>
      </w:r>
      <w:r>
        <w:br/>
        <w:t>Research</w:t>
      </w:r>
      <w:r>
        <w:br/>
        <w:t>Leadership</w:t>
      </w:r>
      <w:r>
        <w:br/>
        <w:t>Publications</w:t>
      </w:r>
    </w:p>
    <w:sectPr w:rsidR="00433C6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33C6C"/>
    <w:rsid w:val="00AA1D8D"/>
    <w:rsid w:val="00B47730"/>
    <w:rsid w:val="00CB0664"/>
    <w:rsid w:val="00DC1A9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ACECC4"/>
  <w14:defaultImageDpi w14:val="300"/>
  <w15:docId w15:val="{79D90B59-B3B3-4DC5-8955-E23D60F4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L Penniston</dc:creator>
  <cp:keywords/>
  <dc:description>generated by python-docx</dc:description>
  <cp:lastModifiedBy>Kristina L Penniston</cp:lastModifiedBy>
  <cp:revision>2</cp:revision>
  <dcterms:created xsi:type="dcterms:W3CDTF">2026-06-22T00:21:00Z</dcterms:created>
  <dcterms:modified xsi:type="dcterms:W3CDTF">2026-06-22T00:21:00Z</dcterms:modified>
  <cp:category/>
</cp:coreProperties>
</file>